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מגילון חי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חוברת תרגול – מגילון חי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דרכים למיין ולחפש מידע במאגר כיתתי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להרחיב אוצר מילים ומונחי לשון בסיסיים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זיהוי והפעלה של כלי חוסן רגשי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לתכנן פרויקט קטן בשלבים ברורים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פרק 1 · הספרייה הכיתתית – מכירים את המאגר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שם ספר, סופר וסוג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14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פרק 1 · הספרייה הכיתתית – עובדות על המאגר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במגילון יש אפשרות לסמן פריטים מועדפים בכוכב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אין שרת, המגילון שמור בדפדפן ומשותף בקישור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שולחים להם קישור שיתוף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פרק 1 · הספרייה הכיתתית – מילוי ומיון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חיפוש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סופר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פרק 1 · הספרייה הכיתתית – התאמת שדות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(איך נקרא הספר)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(מי כתב את הספר)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(הז'אנר של הספר, למשל הרפתקאות)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(סימון כוכב לספרים אהובים)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פרק 2 · מילים חדשות ועולים – התאמת מילה להסבר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(אדם שהגיע לגור בישראל לא מזמן)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(מקום שלומדים בו עברית)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ה (תהליך ההתרגלות לחיים במקום חדש)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(חנות קטנה לקניית מוצרי מזון)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ד (מישהו שגר קרוב אלינו)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פרק 2 · מילים חדשות ועולים – השלמת משפטים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עולה חדש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אולפן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מכולת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קליטה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שכן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ז׳ – פרק 2 · מילים חדשות ועולים – כתיבה עם מילים חדשות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לדוגמה: עולה חדש הגיע השבוע לכיתה שלנו.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לדוגמה: אחרי כמה חודשים הרגשתי שהקליטה שלי בישראל הצליחה.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תשובה חופשית: לבחור מילים שימושיות (כמו שלום, תודה, שם) ולהסביר בקצרה את הסיבה לבחירה.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ח׳ – פרק 3 · ארגז כלים לחוסן – היכרות עם כלי חוסן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להירגע ולהרגיש רוגע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לדבר עם חבר על מה שמפריע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ט׳ – פרק 3 · ארגז כלים לחוסן – תרגול בסיסי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שיחה ותמיכה הם כלים מוכרים להתמודדות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כל אחד יכול להשתמש בכלים כמו נשימות או שיחה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י׳ – פרק 3 · ארגז כלים לחוסן – השלמת משפטים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עמוק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תמיכה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י״א – פרק 3 · ארגז כלים לחוסן – התאמת כלים למצבים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(נשימות עמוקות)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(שיחה עם מבוגר)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(האזנה למוזיקה רגועה)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(לבקש תמיכה מחבר)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י״ב – פרק 4 · מונחי לשון ותחביר – זיהוי מונחים בסיסיים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מילה שמתארת אדם, בעל חיים, מקום או דבר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מילה שמתארת פעולה שעושים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נושא אחד ונשוא אחד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כלב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י״ג – פרק 4 · מונחי לשון ותחביר – השלמת משפטים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שם עצם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פועל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הכלב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קוראת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פשוט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י״ד – פרק 4 · מונחי לשון ותחביר – מיון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(שם עצם)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(פועל)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(שם עצם)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ה (פועל)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ב (שם עצם)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ט״ו – פרק 5 · פרויקטים בכיתה – מושגי יסוד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למה עושים את הפרויקט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12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את התוצאה הסופית של העבודה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ט״ז – פרק 5 · פרויקטים בכיתה – מבנה פרויקט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קודם קובעים מטרה, ורק בסוף מגיעים לתוצר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השלבים הם הדרך שמובילה מהמטרה אל התוצר הסופי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י״ז – פרק 5 · פרויקטים בכיתה – תרגול והתאמה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מטרה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תוצר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י״ח – פרק 5 · פרויקטים בכיתה – התאמת מושגים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(למה עושים את הפרויקט)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(הפעולות בדרך למטרה)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(התוצאה הסופית של הפרויקט)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(פריטים שסימנו לשמירה במאגר)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י״ט – חזרה מסכמת – שאלות אמריקאיות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 – שלוש דרכים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מילון מילים חדשות לעולים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12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לסנן, להגריל ולשמור כמועדפים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ארגז כלים לחוסן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ב – 14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7. ב – מונחי לשון ותחביר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8. ב – רק בדפדפן שבו בנו אותו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כ׳ – חזרה מסכמת – שאלות פתוחות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במגילון רגיל הפריטים קבועים בקישור, ובמגילון המחובר כל פתיחה טוענת מחדש את העדכני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תשובה חופשית, לדוגמה: בספרייה - שם ספר, במונחי לשון - המילה נשוא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כי הקישור הישן לא כולל את הפריטים החדשים, והתלמידים לא יראו אותם בלי קישור מעודכן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התלמיד מציין דוגמה אמיתית מהפרקים: ספר, מילה, כלי, מונח, פרויקט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התלמיד מסביר במילים פשוטות כלי לוויסות רגשי כמו נשימה עמוקה או שיחה עם מבוגר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המשפט כולל שם עצם ופועל בצורה נכונה ומובנת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לחלק את החוברת לחמישה שיעורים קצרים, פרק בכל שיעור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מתקשים אפשר לתת רשימת מילים קצרה יותר או דוגמאות מוכנות להעתקה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מתקדמים אפשר להוסיף יצירת פריט חדש משלהם לכל פרק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לשלב דיון קצר בעל פה לפני כל פרק כתיבה, כדי להפעיל ידע קודם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מגילון חי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חוברת תרגול – מגילון חי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בחוברת הזו נתרגל חמישה נושאים שמופיעים במאגר הכיתתי: ספרים, מילים חדשות, כלי חוסן, מונחי לשון ופרויקטים. אפשר לעבוד לפי הסדר או לבחור פרק אחד בכל שיעור.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פרק 1 · הספרייה הכיתתית – מכירים את המאגר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לפי אילו פרטים אפשר לחפש ספר במאגר הספרייה הכיתתית?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שם ספר, סופר וסוג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רק שם הספר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רק מחיר הספר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רק צבע הכריכה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כמה פריטים לדוגמה יש במאגר הספרייה הכיתתית?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10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12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14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20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פרק 1 · הספרייה הכיתתית – עובדות על המאגר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אפשר לסמן ספר כמועדף בעזרת כוכב.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המגילון נשמר בדפדפן שבו בנו אותו.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כדי שחברים יראו את המגילון צריך להתקשר אליהם.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פרק 1 · הספרייה הכיתתית – מילוי ומיון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כדי למצוא ספר מסוים במהירות משתמשים בכלי ה__________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אפשר למיין את רשימת הספרים לפי __________ כדי לראות את כל הספרים של אותו כותב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פרק 1 · הספרייה הכיתתית – התאמת שדות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שם ספר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הז'אנר של הספר, למשל הרפתקאות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סופר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סימון כוכב לספרים אהובים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סוג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מי כתב את הספר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מועדפים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איך נקרא הספר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פרק 2 · מילים חדשות ועולים – התאמת מילה להסבר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עולה חדש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מקום שלומדים בו עברית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אולפן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אדם שהגיע לגור בישראל לא מזמן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קליטה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חנות קטנה לקניית מוצרי מזון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מכולת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מישהו שגר קרוב אלינו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שכן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תהליך ההתרגלות לחיים במקום חדש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פרק 2 · מילים חדשות ועולים – השלמת משפטים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מי שעבר לגור בישראל לא מזמן נקרא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במקום הזה לומדים לדבר עברית, זה נקרא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כדי לקנות לחם וחלב קרוב לבית הולכים ל__________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התהליך שבו עולה חדש מרגיש בבית בישראל נקרא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מישהו שגר ליד הבית שלנו ועוזר לנו להכיר את השכונה נקרא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7  חלק ז׳ – פרק 2 · מילים חדשות ועולים – כתיבה עם מילים חדשות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משפט אחד שיש בו המילה 'עולה חדש'.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כתבו משפט אחד שיש בו המילה 'קליטה'.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דמיינו שעולה חדש הגיע לכיתה שלכם. כתבו שלוש מילים שהייתם מלמדים אותו קודם, והסבירו למה.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8  חלק ח׳ – פרק 3 · ארגז כלים לחוסן – היכרות עם כלי חוסן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התפקיד של נשימה עמוקה כשמרגישים לחוצים?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להירגע ולהרגיש רוגע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להירדם מיד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לרוץ מהר יותר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לשכוח הכל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איזה מהבאים הוא דוגמה לכלי חוסן?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לדבר עם חבר על מה שמפריע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להתעלם מהתחושה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לצעוק על כולם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לברוח מהבעיה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9  חלק ט׳ – פרק 3 · ארגז כלים לחוסן – תרגול בסיסי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אפשר לבקש עזרה ממבוגר כשמרגישים קשה – זה נחשב כלי חוסן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כלי חוסן מתאימים רק למבוגרים ולא לילדים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10  חלק י׳ – פרק 3 · ארגז כלים לחוסן – השלמת משפטים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כדי להירגע אפשר לנשום __________ ולאט כמה פעמים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כשמרגישים בדידות אפשר לבקש __________ מחבר או מבני משפחה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11  חלק י״א – פרק 3 · ארגז כלים לחוסן – התאמת כלים למצבים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התרגשות לפני מבחן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האזנה למוזיקה רגועה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ריב עם חבר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לבקש תמיכה מחבר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קושי להירדם בלילה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שיחה עם מבוגר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תחושת בדידות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נשימות עמוקות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12  חלק י״ב – פרק 4 · מונחי לשון ותחביר – זיהוי מונחים בסיסיים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מהי שם עצם?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מילה שמתארת פעולה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מילה שמתארת אדם, בעל חיים, מקום או דבר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מילה שמתארת תכונה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מילה שמחברת בין משפטים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מהו פועל?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מילה שמתארת פעולה שעושים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שם של מקום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מילה שמחברת בין משפטים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מספר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ממה מורכב משפט פשוט?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נושא אחד ונשוא אחד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שני נושאים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שני נשואים בלי נושא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בלי נושא ובלי נשוא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איזו מהמילים הבאות היא שם עצם?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רץ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כלב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מהר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יפה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13  חלק י״ג – פרק 4 · מונחי לשון ותחביר – השלמת משפטים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המילה 'ילד' היא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המילה 'קופץ' היא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במשפט 'הכלב רץ מהר' הנושא הוא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במשפט 'הילדה קוראת ספר' הנשוא הוא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משפט שיש בו נושא אחד ונשוא אחד נקרא משפט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14  חלק י״ד – פרק 4 · מונחי לשון ותחביר – מיון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ספר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פועל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קורא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שם עצם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ילדה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שם עצם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רצה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שם עצם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כלב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פועל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15  חלק ט״ו – פרק 5 · פרויקטים בכיתה – מושגי יסוד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המילה "מטרה" מתארת בתכנון פרויקט כיתתי?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למה עושים את הפרויקט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כמה זמן הוא נמשך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מי בנה את המגילון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איזה צבע לבחור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כמה פריטים לדוגמה יש בתבנית "פרויקטים בכיתה" במאגר?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10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12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14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15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מתאר "תוצר" בפרויקט?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את התוצאה הסופית של העבודה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את השם של הפרויקט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את תאריך ההתחלה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את מספר התלמידים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16  חלק ט״ז – פרק 5 · פרויקטים בכיתה – מבנה פרויקט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תוצר הוא השלב הראשון בתכנון פרויקט כיתתי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שלבים הם הפעולות שעושים כדי להגיע מהמטרה לתוצר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17  חלק י״ז – פרק 5 · פרויקטים בכיתה – תרגול והתאמה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בתכנון פרויקט כיתתי מגדירים קודם כל את ה__________ של הפרויקט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לפני תחילת העבודה כדאי לדעת מה יהיה ה__________ שבו הפרויקט יסתיים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18  חלק י״ח – פרק 5 · פרויקטים בכיתה – התאמת מושגים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מטרה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התוצאה הסופית של הפרויקט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שלבים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פריטים שסימנו לשמירה במאגר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תוצר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הפעולות בדרך למטרה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מועדפים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למה עושים את הפרויקט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19  חלק י״ט – חזרה מסכמת – שאלות אמריקאיות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כמה דרכים יש למלא מגילון בפריטים?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דרך אחת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שתי דרכים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שלוש דרכים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ארבע דרכים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איזו תבנית עוסקת במילים חדשות לעולים?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הספרייה הכיתתית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מילון מילים חדשות לעולים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ארגז כלים לחוסן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פרויקטים בכיתה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כמה פריטים לדוגמה יש בתבנית פרויקטים בכיתה?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12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14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15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10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חוץ מלחפש, מה עוד אפשר לעשות עם הפריטים במגילון?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רק למחוק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לסנן, להגריל ולשמור כמועדפים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רק להדפיס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רק לצייר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איזו תבנית עוסקת בכלים להתמודדות ולחוסן?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מונחי לשון ותחביר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ארגז כלים לחוסן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הספרייה הכיתתית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מילון מילים חדשות לעולים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כמה פריטים לדוגמה יש בתבנית הספרייה הכיתתית?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12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14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15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16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7. איזו תבנית עוסקת במונחים של לשון ותחביר?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פרויקטים בכיתה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מונחי לשון ותחביר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ארגז כלים לחוסן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מילון מילים חדשות לעולים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8. איפה שמור המגילון שבונים?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בשרת מיוחד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רק בדפדפן שבו בנו אותו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בענן אוטומטית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אצל כל התלמידים בבת אחת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20  חלק כ׳ – חזרה מסכמת – שאלות פתוחות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הסבירו מה ההבדל בין מגילון רגיל לבין מגילון שמחובר לגיליון Google.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בחרו שתי תבניות שונות (למשל הספרייה ומונחי הלשון) וכתבו דוגמה אחת לפריט שיכול להופיע בכל אחת מהן.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הסבירו למה חשוב לשלוח קישור חדש אחרי שמוסיפים פריטים למגילון.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אני יודע/ת לתת דוגמה לפריט אחד מכל פרק בחוברת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אני יודע/ת להסביר מה זה כלי חוסן ולתת דוגמה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אני יודע/ת לכתוב משפט פשוט עם שם עצם ופועל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חוברת תרגול – מגילון חי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