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למיין ולחפש מידע במאגר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ומונחי לשון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והפעלה של כלי חוסן רגשי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פרויקט קטן בשלבים ברורים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הספרייה הכיתתית – מכירים את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ספר, סופר וסוג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הספרייה הכיתתית – עובדות על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במגילון יש אפשרות לסמן פריטים מועדפים בכוכב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אין שרת, המגילון שמור בדפדפן ומשותף בקישור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שולחים להם קישור שיתוף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הספרייה הכיתתית – מילוי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חיפוש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הספרייה הכיתתית – התאמת שדות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(איך נקרא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 כתב את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(הז'אנר של הספר, למשל הרפתקאות)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(סימון כוכב לספרים אהובים)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מילים חדשות ועולים – התאמת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(אדם שהגיע לגור בישראל לא מזמן)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 שלומדים בו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(תהליך ההתרגלות לחיים במקום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(חנות קטנה לקניית מוצרי 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(מישהו שגר קרוב אלינו)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מילים חדשות ועולים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עולה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אולפן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קליטה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מילים חדשות ועולים – כתיבה עם 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עולה חדש הגיע השבוע לכיתה שלנו.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אחרי כמה חודשים הרגשתי שהקליטה שלי בישראל הצליחה.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חופשית: לבחור מילים שימושיות (כמו שלום, תודה, שם) ולהסביר בקצרה את הסיבה לבחירה.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ארגז כלים לחוסן – היכרות עם כלי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להירגע ולהרגיש רוגע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לדבר עם חבר על מה שמפריע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ארגז כלים לחוסן – תרגול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שיחה ותמיכה הם כלים מוכרים להתמודדות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אחד יכול להשתמש בכלים כמו נשימות או 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ארגז כלים לחוסן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ארגז כלים לחוסן – התאמת כלים למצבים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(נשימות עמוקות)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(שיחה עם 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(האזנה למוזיקה רגועה)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(לבקש תמיכה מחבר)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מונחי לשון ותחביר – זיהוי מונחים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מילה שמתארת אדם, בעל חיים, מקום או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מילה שמתארת פעולה שעושים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נושא אחד ונשוא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מונחי לשון ותחביר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פשוט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מונחי לשון ותחביר – מיון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(שם עצם)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פרויקטים בכיתה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למה עושים את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 התוצאה הסופית של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פרויקטים בכיתה – מבנה 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קודם קובעים מטרה, ורק בסוף מגיעים לתוצר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השלבים הם הדרך שמובילה מהמטרה אל התוצר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פרויקטים בכיתה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פרויקטים בכיתה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(למה עושים את הפרויקט)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(הפעולות בדרך למטרה)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(התוצאה הסופית של הפרויקט)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(פריטים שסימנו לשמירה במאגר)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 דרכים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מילון מילים חדשות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לסנן, להגריל ולשמור כמועדפים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ארגז כלים לחוסן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מונחי לשון ותחביר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רק בדפדפן שבו בנו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במגילון רגיל הפריטים קבועים בקישור, ובמגילון המחובר כל פתיחה טוענת מחדש את העדכני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לדוגמה: בספרייה - שם ספר, במונחי לשון - המילה נשוא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הקישור הישן לא כולל את הפריטים החדשים, והתלמידים לא יראו אותם בלי קישור מעודכן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דוגמה אמיתית מהפרקים: ספר, מילה, כלי, מונח, 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במילים פשוטות כלי לוויסות רגשי כמו נשימה עמוקה או שיחה עם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שם עצם ופועל בצורה נכונה ומובנת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לחמישה שיעורים קצרים, פרק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מילים קצרה יותר או דוגמאות מוכנות להעתקה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יצירת פריט חדש משלהם לכל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דיון קצר בעל פה לפני כל פרק כתיבה, כדי להפעיל ידע קודם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חמישה פרקים קצרים. כל פרק מתרגל נושא אחר. אפשר לעשות פרק אחד בכל פעם.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שומרים הרבה פריטים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אחד במאגר, כמו ספר או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לסנן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רק חלק מהפריטים לפי כלל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מועדפים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פריטים שסימנו כאהובים או חשובים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תבנית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מוכנה שאפשר להתחיל ממנה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ולהרגיש טוב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מיוחדת שמסבירה רעיון, כמו בלשון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דבר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פעולה, כמו רץ או כותב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עם מטרה ושלבים לתוצר בסוף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הספרייה הכיתתית – מכירים את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לחפש?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ספר, סופר וסוג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שם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מחיר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צבע הכריכה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ספרים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הספרייה הכיתתית – עובדות על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לסמן ספר כמועדף בעזרת כוכב.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המגילון נשמר בדפדפן שבו בנו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שחברים יראו את המגילון צריך להתקשר אליהם.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הספרייה הכיתתית – מילוי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למצוא ספר מסוים במהירות משתמשים בכלי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אפשר למיין את רשימת הספרים לפי __________ כדי לראות את כל הספרים של אותו כותב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הספרייה הכיתתית – התאמת שדות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הז'אנר של הספר, למשל הרפתקאות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סימון כוכב לספרים אהובים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כתב את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מועדפים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איך נקרא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מילים חדשות ועולים – התאמת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שלומדים בו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חנות קטנה לקניית מוצרי 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מישהו שגר קרוב אלינו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אדם שהגיע לגור בישראל לא מזמן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תהליך ההתרגלות לחיים במקום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מילים חדשות ועולים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שעבר לגור בישראל לא מזמן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במקום הזה לומדים לדבר עברית, זה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לקנות לחם וחלב קרוב לבית הולכים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התהליך שבו עולה חדש מרגיש בבית בישראל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מישהו שגר ליד הבית שלנו ועוזר לנו להכיר את השכונה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מילים חדשות ועולים – כתיבה עם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המילה 'עולה חדש'.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שיש בו המילה 'קליטה'.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דמיינו שעולה חדש הגיע לכיתה שלכם. כתבו שלוש מילים שהייתם מלמדים אותו קודם,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ארגז כלים לחוסן – היכרות עם כלי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עוזרת נשימה עמוקה?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להירגע ולהרגיש רוגע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להירדם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לשכוח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נחשב כלי חוסן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עם חבר על מה שמפריע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מהתחושה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לברוח מהבעיה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ארגז כלים לחוסן – תרגול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לבקש עזרה ממבוגר כשמרגישים קשה – זה נחשב כלי חוסן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חוסן מתאימים רק למבוגרים ולא לילדים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ארגז כלים לחוסן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להירגע אפשר לנשום __________ ולאט כמה פעמים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כשמרגישים בדידות אפשר לבקש __________ מחבר או מבני 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ארגז כלים לחוסן – התאמת כלים למצבים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התרגשות לפני 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לבקש תמיכה מחבר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ריב עם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נשימות עמוקות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קושי להירדם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שיחה עם 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תחושת בדידות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האזנה למוזיקה רגועה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מונחי לשון ותחביר – זיהוי מונחים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שמתארת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שמתארת אדם, בעל חיים, מקום או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שמתארת תכונה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שמחברת בין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שמתארת פעולה שעושים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שמחברת בין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במשפט פשוט?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נושא אחד ונשוא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נושאים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נשואים בלי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נושא ובלי נשוא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מונחי לשון ותחביר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'ילד'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'קופץ'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'הכלב רץ מהר' הנושא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במשפט 'הילדה קוראת ספר' הנשוא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משפט שיש בו נושא אחד ונשוא אחד נקרא משפט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מונחי לשון ותחביר – מיון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פרויקטים בכיתה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מטרה זה בשביל מה עושים את הפרויקט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 עושים את הפרויקט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זמן הוא נמשך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בנה את המגילון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צבע לבחור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דוגמאות יש בתבנית הפרויקטים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תוצר זה מה שמתקבל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התוצאה הסופית של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השם של הפרויקט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תאריך 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מספר התלמידים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פרויקטים בכיתה – מבנה 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תוצר הוא השלב הראשון בתכנון פרויקט כיתתי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שלבים הם הפעולות שעושים כדי להגיע מהמטרה לתוצר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פרויקטים בכיתה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בתכנון פרויקט כיתתי מגדירים קודם כל את ה__________ של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תחילת העבודה כדאי לדעת מה יהיה ה__________ שבו הפרויקט יסתיים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פרויקטים בכיתה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התוצאה הסופית של הפרויקט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פריטים שסימנו לשמירה במאגר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הפעולות בדרך למטרה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מועדפים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למה עושים את הפרויקט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אופנים יש להכניס פריטים למגילון?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דרך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תבנית עוסקת במילים חדשות לעולים?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הספרייה הכיתתית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מילים חדשות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ארגז כלים לחוסן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פרויקטים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פריטים לדוגמה יש בתבנית פרויקטים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חוץ מלחפש, מה עוד אפשר לעשות עם הפריטים במגילון?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לסנן, להגריל ולשמור כמועדפים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להדפיס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תבנית עוסקת בכלים להתמודדות ולחוסן?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מונחי לשון ותחביר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ארגז כלים לחוסן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הספרייה הכיתתית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מילון מילים חדשות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פריטים לדוגמה יש בתבנית הספרייה הכיתתית?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תבנית עוסקת במונחים של לשון ותחביר?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פרויקטים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מונחי לשון ותחביר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ארגז כלים לחוסן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מילון מילים חדשות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איפה שמור המגילון שבונים?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בשרת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בדפדפן שבו בנו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בענן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אצל כל התלמידים בבת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ההבדל בין מגילון רגיל לבין מגילון שמחובר לגיליון Google.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 תבניות שונות (למשל הספרייה ומונחי הלשון) וכתבו דוגמה אחת לפריט שיכול להופיע בכל אחת מהן.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למה חשוב לשלוח קישור חדש אחרי שמוסיפים פריטים למגילון.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לתת דוגמה לפריט אחד מכל פרק בחוברת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זה כלי חוסן ולתת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לכתוב משפט פשוט עם שם עצם ופועל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מגילון חי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