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מגילון חי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מגילון חי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דרכים למיין ולחפש מידע במאגר כיתתי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ומונחי לשון בסיסיים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והפעלה של כלי חוסן רגשי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לתכנן פרויקט קטן בשלבים ברורים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הספרייה הכיתתית – מכירים את המאגר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שם ספר, סופר וסוג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14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הספרייה הכיתתית – עובדות על המאגר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במגילון יש אפשרות לסמן פריטים מועדפים בכוכב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אין שרת, המגילון שמור בדפדפן ומשותף בקישור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הספרייה הכיתתית – מילוי ומיון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חיפוש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סופר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הספרייה הכיתתית – התאמת שדות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(איך נקרא הספר)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(מי כתב את הספר)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(הז'אנר של הספר, למשל הרפתקאות)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(סימון כוכב לספרים אהובים)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מילים חדשות ועולים – התאמת 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(אדם שהגיע לגור בישראל לא מזמן)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(מקום שלומדים בו עברית)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(תהליך ההתרגלות לחיים במקום חדש)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(חנות קטנה לקניית מוצרי מזון)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מילים חדשות ועולים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עולה חדש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אולפן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מילים חדשות ועולים – כתיבה עם מילים חדשות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עולה חדש הגיע השבוע לכיתה שלנו.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ארגז כלים לחוסן – היכרות עם כלי חוסן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להירגע ולהרגיש רוגע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לדבר עם חבר על מה שמפריע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ארגז כלים לחוסן – תרגול 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שיחה ותמיכה הם כלים מוכרים להתמודדות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כל אחד יכול להשתמש בכלים כמו נשימות או שיחה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ארגז כלים לחוסן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עמוק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תמיכה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ארגז כלים לחוסן – התאמת כלים למצבים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(נשימות עמוקות)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(שיחה עם מבוגר)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(האזנה למוזיקה רגועה)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(לבקש תמיכה מחבר)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מונחי לשון ותחביר – זיהוי מונחים בסיסיים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מילה שמתארת אדם, בעל חיים, מקום או דבר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מילה שמתארת פעולה שעושים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נושא אחד ונשוא אחד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מונחי לשון ותחביר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שם עצם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פועל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מונחי לשון ותחביר – מיון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(שם עצם)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(פועל)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(שם עצם)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פרויקטים בכיתה –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למה עושים את הפרויקט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12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פרויקטים בכיתה – מבנה פרויקט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קודם קובעים מטרה, ורק בסוף מגיעים לתוצר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השלבים הם הדרך שמובילה מהמטרה אל התוצר הסופי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פרויקטים בכיתה – תרגול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מטרה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פרויקטים בכיתה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(למה עושים את הפרויקט)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(הפעולות בדרך למטרה)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(התוצאה הסופית של הפרויקט)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(פריטים שסימנו לשמירה במאגר)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חזרה מסכמת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שלוש דרכים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מילון מילים חדשות לעולים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12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חזרה מסכמת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במגילון רגיל הפריטים קבועים בקישור, ובמגילון המחובר כל פתיחה טוענת מחדש את העדכני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חופשית, לדוגמה: בספרייה - שם ספר, במונחי לשון - המילה נשוא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מציין דוגמה אמיתית מהפרקים: ספר, מילה, כלי, מונח, פרויקט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מסביר במילים פשוטות כלי לוויסות רגשי כמו נשימה עמוקה או שיחה עם מבוגר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המשפט כולל שם עצם ופועל בצורה נכונה ומובנת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לחמישה שיעורים קצרים, פרק בכל 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לתת רשימת מילים קצרה יותר או דוגמאות מוכנות להעתקה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יצירת פריט חדש משלהם לכל פרק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לשלב דיון קצר בעל פה לפני כל פרק כתיבה, כדי להפעיל ידע קודם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מגילון חי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מגילון חי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בחוברת הזו נתרגל חמישה נושאים שמופיעים במאגר הכיתתי: ספרים, מילים חדשות, כלי חוסן, מונחי לשון ופרויקטים. אפשר לעבוד לפי הסדר או לבחור פרק אחד בכל שיעור.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אולפן  ·  פועל  ·  סופר  ·  מטרה  ·  שם עצם  ·  תמיכה  ·  חיפוש  ·  עולה חדש  ·  עמוק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הספרייה הכיתתית – מכירים את המאגר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לפי אילו פרטים אפשר לחפש ספר במאגר הספרייה הכיתתית?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שם ספר, סופר וסוג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רק שם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רק מחיר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פריטים לדוגמה יש במאגר הספרייה הכיתתית?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14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הספרייה הכיתתית – עובדות על המאגר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לסמן ספר כמועדף בעזרת כוכב.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המגילון נשמר בדפדפן שבו בנו אותו.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הספרייה הכיתתית – מילוי ומיון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כדי למצוא ספר מסוים במהירות משתמשים בכלי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אפשר למיין את רשימת הספרים לפי __________ כדי לראות את כל הספרים של אותו כותב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1 · הספרייה הכיתתית – התאמת שדות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שם ספר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הז'אנר של הספר, למשל הרפתקאות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סופר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סימון כוכב לספרים אהובים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סוג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איך נקרא הספר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מועדפים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מי כתב את הספר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מילים חדשות ועולים – התאמת 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עולה חדש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חנות קטנה לקניית מוצרי מזון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אולפן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תהליך ההתרגלות לחיים במקום חדש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קליטה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מקום שלומדים בו עברית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מכולת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אדם שהגיע לגור בישראל לא מזמן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מילים חדשות ועולים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מי שעבר לגור בישראל לא מזמן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במקום הזה לומדים לדבר עברית, זה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2 · מילים חדשות ועולים – כתיבה עם מילים חדשות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אחד שיש בו המילה 'עולה חדש'.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3 · ארגז כלים לחוסן – היכרות עם כלי חוסן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התפקיד של נשימה עמוקה כשמרגישים לחוצים?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להירגע ולהרגיש רוגע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להירדם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לרוץ מהר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איזה מהבאים הוא דוגמה לכלי חוסן?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לדבר עם חבר על מה שמפריע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להתעלם מהתחושה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לצעוק על כולם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ארגז כלים לחוסן – תרגול בסיסי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לבקש עזרה ממבוגר כשמרגישים קשה – זה נחשב כלי חוסן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כלי חוסן מתאימים רק למבוגרים ולא לילדים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3 · ארגז כלים לחוסן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כדי להירגע אפשר לנשום __________ ולאט כמה פעמים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כשמרגישים בדידות אפשר לבקש __________ מחבר או מבני משפחה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3 · ארגז כלים לחוסן – התאמת כלים למצבים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התרגשות לפני מבחן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לבקש תמיכה מחבר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ריב עם חבר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נשימות עמוקות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קושי להירדם בלילה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שיחה עם מבוגר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תחושת בדידות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האזנה למוזיקה רגועה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4 · מונחי לשון ותחביר – זיהוי מונחים בסיסיים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שם עצם?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מילה שמתארת פעולה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מילה שמתארת אדם, בעל חיים, מקום או 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מילה שמתארת תכונה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מהו פועל?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מילה שמתארת פעולה שעושים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שם של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מילה שמחברת בין משפטים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ממה מורכב משפט פשוט?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נושא אחד ונשוא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שני נושאים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שני נשואים בלי נושא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מונחי לשון ותחביר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המילה 'ילד'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המילה 'קופץ' היא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4 · מונחי לשון ותחביר – מיון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ספר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שם עצם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קורא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שם עצם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ילדה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פועל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5 · פרויקטים בכיתה –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המילה "מטרה" מתארת בתכנון פרויקט כיתתי?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למה עושים את הפרויקט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כמה זמן הוא נמשך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מי בנה את המגילון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פריטים לדוגמה יש בתבנית "פרויקטים בכיתה" במאגר?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14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5 · פרויקטים בכיתה – מבנה פרויקט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תוצר הוא השלב הראשון בתכנון פרויקט כיתתי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שלבים הם הפעולות שעושים כדי להגיע מהמטרה לתוצר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5 · פרויקטים בכיתה – תרגול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בתכנון פרויקט כיתתי מגדירים קודם כל את ה__________ של הפרויקט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פרק 5 · פרויקטים בכיתה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מטרה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פריטים שסימנו לשמירה במאגר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שלבים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התוצאה הסופית של הפרויקט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תוצר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למה עושים את הפרויקט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מועדפים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הפעולות בדרך למטרה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19  חלק י״ט – חזרה מסכמת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דרכים יש למלא מגילון בפריטים?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דרך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שתי דרכים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שלוש דרכים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איזו תבנית עוסקת במילים חדשות לעולים?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הספרייה הכיתתית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מילון מילים חדשות לעולים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ארגז כלים לחוסן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כמה פריטים לדוגמה יש בתבנית פרויקטים בכיתה?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15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20  חלק כ׳ – חזרה מסכמת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מה ההבדל בין מגילון רגיל לבין מגילון שמחובר לגיליון Google.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בחרו שתי תבניות שונות (למשל הספרייה ומונחי הלשון) וכתבו דוגמה אחת לפריט שיכול להופיע בכל אחת מהן.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אני יודע/ת לתת דוגמה לפריט אחד מכל פרק בחוברת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אני יודע/ת להסביר מה זה כלי חוסן ולתת דוגמה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מגילון חי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